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40347" w14:textId="77777777" w:rsidR="00610856" w:rsidRPr="003D1779" w:rsidRDefault="00610856" w:rsidP="00E13982">
      <w:pPr>
        <w:pStyle w:val="Heading1"/>
        <w:spacing w:before="0" w:line="360" w:lineRule="auto"/>
        <w:jc w:val="center"/>
        <w:rPr>
          <w:rFonts w:cstheme="majorHAnsi"/>
          <w:color w:val="auto"/>
          <w:lang w:val="pt-BR"/>
        </w:rPr>
      </w:pPr>
      <w:r w:rsidRPr="003D1779">
        <w:rPr>
          <w:rFonts w:cstheme="majorHAnsi"/>
          <w:color w:val="auto"/>
          <w:lang w:val="pt-BR"/>
        </w:rPr>
        <w:t>RESULTADO</w:t>
      </w:r>
    </w:p>
    <w:p w14:paraId="6E9E8F62" w14:textId="77777777" w:rsidR="00DE20F5" w:rsidRPr="003D1779" w:rsidRDefault="00DE20F5" w:rsidP="00E13982">
      <w:pPr>
        <w:spacing w:after="0" w:line="360" w:lineRule="auto"/>
        <w:jc w:val="center"/>
        <w:rPr>
          <w:rFonts w:asciiTheme="majorHAnsi" w:hAnsiTheme="majorHAnsi" w:cstheme="majorHAnsi"/>
          <w:b/>
          <w:bCs/>
          <w:lang w:val="pt-BR"/>
        </w:rPr>
      </w:pPr>
      <w:r w:rsidRPr="003D1779">
        <w:rPr>
          <w:rFonts w:asciiTheme="majorHAnsi" w:hAnsiTheme="majorHAnsi" w:cstheme="majorHAnsi"/>
          <w:b/>
          <w:bCs/>
          <w:lang w:val="pt-BR"/>
        </w:rPr>
        <w:t>PROCESSO SELETIVO SIMPLIFICADO PARA DISCENTES (BOLSISTAS E VOLUNTÁRIOS)</w:t>
      </w:r>
      <w:r w:rsidRPr="003D1779">
        <w:rPr>
          <w:rFonts w:asciiTheme="majorHAnsi" w:hAnsiTheme="majorHAnsi" w:cstheme="majorHAnsi"/>
          <w:b/>
          <w:bCs/>
          <w:lang w:val="pt-BR"/>
        </w:rPr>
        <w:br/>
        <w:t>NO ÂMBITO DO PROJETO AFIRMASUS – 2025/UFRJ-MACAÉ</w:t>
      </w:r>
    </w:p>
    <w:p w14:paraId="5DA1039C" w14:textId="77777777" w:rsidR="00E13982" w:rsidRDefault="00E13982" w:rsidP="00E13982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lang w:val="pt-BR"/>
        </w:rPr>
      </w:pPr>
    </w:p>
    <w:p w14:paraId="160CC493" w14:textId="6CDC61CE" w:rsidR="00025FFF" w:rsidRPr="003D1779" w:rsidRDefault="0063415B" w:rsidP="00E13982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lang w:val="pt-BR"/>
        </w:rPr>
      </w:pPr>
      <w:r w:rsidRPr="003D1779">
        <w:rPr>
          <w:rFonts w:asciiTheme="majorHAnsi" w:hAnsiTheme="majorHAnsi" w:cstheme="majorHAnsi"/>
          <w:sz w:val="24"/>
          <w:szCs w:val="24"/>
          <w:lang w:val="pt-BR"/>
        </w:rPr>
        <w:t>O Decano do Centro Multidisciplinar UFRJ-Macaé, por meio da Comissão Local de Avaliação e Acompanhamento (CLAA), instituída pela Portaria 12587 de 07 de novembro de 2025, torna público o resultado do Processo Seletivo Simplificado de Discentes para atuação no Projeto “Saúde e Equidade no Norte Fluminense: Estratégias de Acesso, Cuidado e Inovação em Saúde no SUS”, aprovado no Edital nº 4, de 22 de agosto de 2025, do Programa AFIRMASUS/Ministério da Saúde (MS).</w:t>
      </w:r>
    </w:p>
    <w:p w14:paraId="02DDF121" w14:textId="77777777" w:rsidR="007B42ED" w:rsidRPr="003D1779" w:rsidRDefault="007B42ED" w:rsidP="00E13982">
      <w:pPr>
        <w:spacing w:after="0" w:line="360" w:lineRule="auto"/>
        <w:rPr>
          <w:rFonts w:asciiTheme="majorHAnsi" w:hAnsiTheme="majorHAnsi" w:cstheme="majorHAnsi"/>
          <w:b/>
          <w:bCs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28"/>
        <w:gridCol w:w="3228"/>
        <w:gridCol w:w="2852"/>
      </w:tblGrid>
      <w:tr w:rsidR="000D4E70" w:rsidRPr="00966A5C" w14:paraId="7A90A141" w14:textId="77777777" w:rsidTr="005F1B54">
        <w:trPr>
          <w:jc w:val="center"/>
        </w:trPr>
        <w:tc>
          <w:tcPr>
            <w:tcW w:w="9308" w:type="dxa"/>
            <w:gridSpan w:val="3"/>
          </w:tcPr>
          <w:p w14:paraId="17783B88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Selecionados</w:t>
            </w:r>
            <w:r w:rsidR="006D1166"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 xml:space="preserve"> com bolsa</w:t>
            </w: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 xml:space="preserve"> – Cursos da Saúde</w:t>
            </w:r>
          </w:p>
        </w:tc>
      </w:tr>
      <w:tr w:rsidR="000D4E70" w:rsidRPr="003D1779" w14:paraId="7BB448FD" w14:textId="77777777" w:rsidTr="00904596">
        <w:trPr>
          <w:jc w:val="center"/>
        </w:trPr>
        <w:tc>
          <w:tcPr>
            <w:tcW w:w="3228" w:type="dxa"/>
          </w:tcPr>
          <w:p w14:paraId="19872B15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Curso</w:t>
            </w:r>
          </w:p>
        </w:tc>
        <w:tc>
          <w:tcPr>
            <w:tcW w:w="3228" w:type="dxa"/>
            <w:vAlign w:val="center"/>
          </w:tcPr>
          <w:p w14:paraId="718C90D4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Matrícula</w:t>
            </w:r>
          </w:p>
        </w:tc>
        <w:tc>
          <w:tcPr>
            <w:tcW w:w="2852" w:type="dxa"/>
            <w:vAlign w:val="center"/>
          </w:tcPr>
          <w:p w14:paraId="389D0ACE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Grupo</w:t>
            </w:r>
          </w:p>
        </w:tc>
      </w:tr>
      <w:tr w:rsidR="000D4E70" w:rsidRPr="003D1779" w14:paraId="537439C9" w14:textId="77777777" w:rsidTr="00904596">
        <w:trPr>
          <w:jc w:val="center"/>
        </w:trPr>
        <w:tc>
          <w:tcPr>
            <w:tcW w:w="3228" w:type="dxa"/>
          </w:tcPr>
          <w:p w14:paraId="4E610F0A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228" w:type="dxa"/>
          </w:tcPr>
          <w:p w14:paraId="7C8AD9A8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123759483</w:t>
            </w:r>
          </w:p>
        </w:tc>
        <w:tc>
          <w:tcPr>
            <w:tcW w:w="2852" w:type="dxa"/>
          </w:tcPr>
          <w:p w14:paraId="75CCF8DD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0D4E70" w:rsidRPr="003D1779" w14:paraId="71326A2F" w14:textId="77777777" w:rsidTr="00904596">
        <w:trPr>
          <w:jc w:val="center"/>
        </w:trPr>
        <w:tc>
          <w:tcPr>
            <w:tcW w:w="3228" w:type="dxa"/>
          </w:tcPr>
          <w:p w14:paraId="2CD9A578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228" w:type="dxa"/>
          </w:tcPr>
          <w:p w14:paraId="34ADB114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122170327</w:t>
            </w:r>
          </w:p>
        </w:tc>
        <w:tc>
          <w:tcPr>
            <w:tcW w:w="2852" w:type="dxa"/>
          </w:tcPr>
          <w:p w14:paraId="066F26DC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6B5ACA" w:rsidRPr="003D1779" w14:paraId="75DD16F4" w14:textId="77777777" w:rsidTr="00904596">
        <w:trPr>
          <w:jc w:val="center"/>
        </w:trPr>
        <w:tc>
          <w:tcPr>
            <w:tcW w:w="3228" w:type="dxa"/>
          </w:tcPr>
          <w:p w14:paraId="362089FB" w14:textId="77777777" w:rsidR="006B5ACA" w:rsidRPr="003D1779" w:rsidRDefault="006B5ACA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  <w:tc>
          <w:tcPr>
            <w:tcW w:w="3228" w:type="dxa"/>
          </w:tcPr>
          <w:p w14:paraId="195A343C" w14:textId="77777777" w:rsidR="006B5ACA" w:rsidRPr="003D1779" w:rsidRDefault="006B5ACA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125020953</w:t>
            </w:r>
          </w:p>
        </w:tc>
        <w:tc>
          <w:tcPr>
            <w:tcW w:w="2852" w:type="dxa"/>
          </w:tcPr>
          <w:p w14:paraId="3492914D" w14:textId="77777777" w:rsidR="006B5ACA" w:rsidRPr="003D1779" w:rsidRDefault="006B5ACA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0D4E70" w:rsidRPr="003D1779" w14:paraId="6D17B4C4" w14:textId="77777777" w:rsidTr="00904596">
        <w:trPr>
          <w:jc w:val="center"/>
        </w:trPr>
        <w:tc>
          <w:tcPr>
            <w:tcW w:w="3228" w:type="dxa"/>
          </w:tcPr>
          <w:p w14:paraId="3DC682A1" w14:textId="77777777" w:rsidR="000D4E70" w:rsidRPr="003D1779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228" w:type="dxa"/>
          </w:tcPr>
          <w:p w14:paraId="038E3B3A" w14:textId="77777777" w:rsidR="000D4E70" w:rsidRPr="003D1779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123353693</w:t>
            </w:r>
          </w:p>
        </w:tc>
        <w:tc>
          <w:tcPr>
            <w:tcW w:w="2852" w:type="dxa"/>
          </w:tcPr>
          <w:p w14:paraId="0282C04B" w14:textId="77777777" w:rsidR="000D4E70" w:rsidRPr="003D1779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0D4E70" w:rsidRPr="003D1779" w14:paraId="170AD8FC" w14:textId="77777777" w:rsidTr="00904596">
        <w:trPr>
          <w:jc w:val="center"/>
        </w:trPr>
        <w:tc>
          <w:tcPr>
            <w:tcW w:w="3228" w:type="dxa"/>
          </w:tcPr>
          <w:p w14:paraId="417EB3E6" w14:textId="77777777" w:rsidR="000D4E70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Medicina</w:t>
            </w:r>
          </w:p>
        </w:tc>
        <w:tc>
          <w:tcPr>
            <w:tcW w:w="3228" w:type="dxa"/>
          </w:tcPr>
          <w:p w14:paraId="34C8504D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122134321</w:t>
            </w:r>
          </w:p>
        </w:tc>
        <w:tc>
          <w:tcPr>
            <w:tcW w:w="2852" w:type="dxa"/>
          </w:tcPr>
          <w:p w14:paraId="03BD7A56" w14:textId="77777777" w:rsidR="000D4E70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trans</w:t>
            </w:r>
          </w:p>
        </w:tc>
      </w:tr>
      <w:tr w:rsidR="000D4E70" w:rsidRPr="003D1779" w14:paraId="16EDA96E" w14:textId="77777777" w:rsidTr="00904596">
        <w:trPr>
          <w:jc w:val="center"/>
        </w:trPr>
        <w:tc>
          <w:tcPr>
            <w:tcW w:w="3228" w:type="dxa"/>
          </w:tcPr>
          <w:p w14:paraId="163307AD" w14:textId="77777777" w:rsidR="000D4E70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Medicina</w:t>
            </w:r>
          </w:p>
        </w:tc>
        <w:tc>
          <w:tcPr>
            <w:tcW w:w="3228" w:type="dxa"/>
          </w:tcPr>
          <w:p w14:paraId="3EBA404E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124227146</w:t>
            </w:r>
          </w:p>
        </w:tc>
        <w:tc>
          <w:tcPr>
            <w:tcW w:w="2852" w:type="dxa"/>
          </w:tcPr>
          <w:p w14:paraId="0A41BC9E" w14:textId="77777777" w:rsidR="000D4E70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com deficiência</w:t>
            </w:r>
          </w:p>
        </w:tc>
      </w:tr>
      <w:tr w:rsidR="000D4E70" w:rsidRPr="003D1779" w14:paraId="5405DE99" w14:textId="77777777" w:rsidTr="00904596">
        <w:trPr>
          <w:jc w:val="center"/>
        </w:trPr>
        <w:tc>
          <w:tcPr>
            <w:tcW w:w="3228" w:type="dxa"/>
          </w:tcPr>
          <w:p w14:paraId="3689A4FF" w14:textId="77777777" w:rsidR="000D4E70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Enfermagem</w:t>
            </w:r>
          </w:p>
        </w:tc>
        <w:tc>
          <w:tcPr>
            <w:tcW w:w="3228" w:type="dxa"/>
          </w:tcPr>
          <w:p w14:paraId="598BA1C7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125393411</w:t>
            </w:r>
          </w:p>
        </w:tc>
        <w:tc>
          <w:tcPr>
            <w:tcW w:w="2852" w:type="dxa"/>
          </w:tcPr>
          <w:p w14:paraId="5CCA32A5" w14:textId="77777777" w:rsidR="000D4E70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 xml:space="preserve">Pessoa com </w:t>
            </w: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deficiência</w:t>
            </w:r>
            <w:proofErr w:type="spellEnd"/>
          </w:p>
        </w:tc>
      </w:tr>
    </w:tbl>
    <w:p w14:paraId="00397AB0" w14:textId="77777777" w:rsidR="00610856" w:rsidRPr="003D1779" w:rsidRDefault="00610856" w:rsidP="00E13982">
      <w:pPr>
        <w:spacing w:after="0" w:line="360" w:lineRule="auto"/>
        <w:rPr>
          <w:rFonts w:asciiTheme="majorHAnsi" w:hAnsiTheme="majorHAnsi" w:cstheme="majorHAnsi"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28"/>
        <w:gridCol w:w="3228"/>
        <w:gridCol w:w="2852"/>
      </w:tblGrid>
      <w:tr w:rsidR="000D4E70" w:rsidRPr="00966A5C" w14:paraId="66F76951" w14:textId="77777777" w:rsidTr="00050B08">
        <w:trPr>
          <w:jc w:val="center"/>
        </w:trPr>
        <w:tc>
          <w:tcPr>
            <w:tcW w:w="9308" w:type="dxa"/>
            <w:gridSpan w:val="3"/>
          </w:tcPr>
          <w:p w14:paraId="38246304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 xml:space="preserve">Selecionados </w:t>
            </w:r>
            <w:r w:rsidR="006D1166"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 xml:space="preserve">com bolsa </w:t>
            </w: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– Outros cursos</w:t>
            </w:r>
          </w:p>
        </w:tc>
      </w:tr>
      <w:tr w:rsidR="000D4E70" w:rsidRPr="003D1779" w14:paraId="56077A10" w14:textId="77777777" w:rsidTr="00050B08">
        <w:trPr>
          <w:jc w:val="center"/>
        </w:trPr>
        <w:tc>
          <w:tcPr>
            <w:tcW w:w="3228" w:type="dxa"/>
          </w:tcPr>
          <w:p w14:paraId="3C9040FC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Curso</w:t>
            </w:r>
          </w:p>
        </w:tc>
        <w:tc>
          <w:tcPr>
            <w:tcW w:w="3228" w:type="dxa"/>
            <w:vAlign w:val="center"/>
          </w:tcPr>
          <w:p w14:paraId="0519E75B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Matrícula</w:t>
            </w:r>
          </w:p>
        </w:tc>
        <w:tc>
          <w:tcPr>
            <w:tcW w:w="2852" w:type="dxa"/>
            <w:vAlign w:val="center"/>
          </w:tcPr>
          <w:p w14:paraId="4DCD3F70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Grupo</w:t>
            </w:r>
          </w:p>
        </w:tc>
      </w:tr>
      <w:tr w:rsidR="000D4E70" w:rsidRPr="003D1779" w14:paraId="0970EB76" w14:textId="77777777" w:rsidTr="00050B08">
        <w:trPr>
          <w:jc w:val="center"/>
        </w:trPr>
        <w:tc>
          <w:tcPr>
            <w:tcW w:w="3228" w:type="dxa"/>
          </w:tcPr>
          <w:p w14:paraId="77E29180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Química</w:t>
            </w:r>
            <w:proofErr w:type="spellEnd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 xml:space="preserve"> (</w:t>
            </w: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licenciatura</w:t>
            </w:r>
            <w:proofErr w:type="spellEnd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3228" w:type="dxa"/>
          </w:tcPr>
          <w:p w14:paraId="49F4C599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124082326</w:t>
            </w:r>
          </w:p>
        </w:tc>
        <w:tc>
          <w:tcPr>
            <w:tcW w:w="2852" w:type="dxa"/>
          </w:tcPr>
          <w:p w14:paraId="4E4D6037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0D4E70" w:rsidRPr="003D1779" w14:paraId="16D94F43" w14:textId="77777777" w:rsidTr="00050B08">
        <w:trPr>
          <w:jc w:val="center"/>
        </w:trPr>
        <w:tc>
          <w:tcPr>
            <w:tcW w:w="3228" w:type="dxa"/>
          </w:tcPr>
          <w:p w14:paraId="4C05BA4D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Química</w:t>
            </w:r>
            <w:proofErr w:type="spellEnd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 xml:space="preserve"> (</w:t>
            </w: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bacharelado</w:t>
            </w:r>
            <w:proofErr w:type="spellEnd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3228" w:type="dxa"/>
          </w:tcPr>
          <w:p w14:paraId="12C8EACD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125183442</w:t>
            </w:r>
          </w:p>
        </w:tc>
        <w:tc>
          <w:tcPr>
            <w:tcW w:w="2852" w:type="dxa"/>
          </w:tcPr>
          <w:p w14:paraId="40E4713F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trans</w:t>
            </w:r>
          </w:p>
        </w:tc>
      </w:tr>
      <w:tr w:rsidR="000D4E70" w:rsidRPr="003D1779" w14:paraId="1151B2DB" w14:textId="77777777" w:rsidTr="00050B08">
        <w:trPr>
          <w:jc w:val="center"/>
        </w:trPr>
        <w:tc>
          <w:tcPr>
            <w:tcW w:w="3228" w:type="dxa"/>
          </w:tcPr>
          <w:p w14:paraId="29C27ADC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Química</w:t>
            </w:r>
            <w:proofErr w:type="spellEnd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 xml:space="preserve"> (</w:t>
            </w: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bacharelado</w:t>
            </w:r>
            <w:proofErr w:type="spellEnd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)</w:t>
            </w:r>
          </w:p>
        </w:tc>
        <w:tc>
          <w:tcPr>
            <w:tcW w:w="3228" w:type="dxa"/>
          </w:tcPr>
          <w:p w14:paraId="24F00245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123673768</w:t>
            </w:r>
          </w:p>
        </w:tc>
        <w:tc>
          <w:tcPr>
            <w:tcW w:w="2852" w:type="dxa"/>
          </w:tcPr>
          <w:p w14:paraId="2693DB52" w14:textId="77777777" w:rsidR="000D4E70" w:rsidRPr="003D1779" w:rsidRDefault="000D4E70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</w:tbl>
    <w:p w14:paraId="06473BC7" w14:textId="77777777" w:rsidR="000D4E70" w:rsidRDefault="000D4E70" w:rsidP="00E13982">
      <w:pPr>
        <w:spacing w:after="0" w:line="360" w:lineRule="auto"/>
        <w:rPr>
          <w:rFonts w:asciiTheme="majorHAnsi" w:hAnsiTheme="majorHAnsi" w:cstheme="majorHAnsi"/>
          <w:lang w:val="pt-BR"/>
        </w:rPr>
      </w:pPr>
    </w:p>
    <w:p w14:paraId="7AD4FA3D" w14:textId="77777777" w:rsidR="00E13982" w:rsidRPr="003D1779" w:rsidRDefault="00E13982" w:rsidP="00E13982">
      <w:pPr>
        <w:spacing w:after="0" w:line="360" w:lineRule="auto"/>
        <w:rPr>
          <w:rFonts w:asciiTheme="majorHAnsi" w:hAnsiTheme="majorHAnsi" w:cstheme="majorHAnsi"/>
          <w:lang w:val="pt-B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8"/>
        <w:gridCol w:w="3228"/>
        <w:gridCol w:w="2852"/>
      </w:tblGrid>
      <w:tr w:rsidR="00DE20F5" w:rsidRPr="003D1779" w14:paraId="3719F479" w14:textId="77777777" w:rsidTr="00DE20F5">
        <w:tc>
          <w:tcPr>
            <w:tcW w:w="9308" w:type="dxa"/>
            <w:gridSpan w:val="3"/>
          </w:tcPr>
          <w:p w14:paraId="08D038A6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lastRenderedPageBreak/>
              <w:t>Selecionados sem bolsa</w:t>
            </w:r>
          </w:p>
        </w:tc>
      </w:tr>
      <w:tr w:rsidR="00DE20F5" w:rsidRPr="003D1779" w14:paraId="283FBBA8" w14:textId="77777777" w:rsidTr="00DE20F5">
        <w:tc>
          <w:tcPr>
            <w:tcW w:w="3228" w:type="dxa"/>
          </w:tcPr>
          <w:p w14:paraId="79C49A53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Curso</w:t>
            </w:r>
          </w:p>
        </w:tc>
        <w:tc>
          <w:tcPr>
            <w:tcW w:w="3228" w:type="dxa"/>
            <w:vAlign w:val="center"/>
          </w:tcPr>
          <w:p w14:paraId="0661503A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Matrícula</w:t>
            </w:r>
          </w:p>
        </w:tc>
        <w:tc>
          <w:tcPr>
            <w:tcW w:w="2852" w:type="dxa"/>
            <w:vAlign w:val="center"/>
          </w:tcPr>
          <w:p w14:paraId="5E4F6E1A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Grupo</w:t>
            </w:r>
          </w:p>
        </w:tc>
      </w:tr>
      <w:tr w:rsidR="00DE20F5" w:rsidRPr="003D1779" w14:paraId="774F30A8" w14:textId="77777777" w:rsidTr="00DE20F5">
        <w:tc>
          <w:tcPr>
            <w:tcW w:w="3228" w:type="dxa"/>
          </w:tcPr>
          <w:p w14:paraId="300ED833" w14:textId="77777777" w:rsidR="006B5ACA" w:rsidRPr="003D1779" w:rsidRDefault="006B5ACA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228" w:type="dxa"/>
          </w:tcPr>
          <w:p w14:paraId="4488F0E6" w14:textId="77777777" w:rsidR="006B5ACA" w:rsidRPr="003D1779" w:rsidRDefault="006B5ACA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123708987</w:t>
            </w:r>
          </w:p>
        </w:tc>
        <w:tc>
          <w:tcPr>
            <w:tcW w:w="2852" w:type="dxa"/>
          </w:tcPr>
          <w:p w14:paraId="548E6F43" w14:textId="77777777" w:rsidR="006B5ACA" w:rsidRPr="003D1779" w:rsidRDefault="006B5ACA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DE20F5" w:rsidRPr="003D1779" w14:paraId="6191160A" w14:textId="77777777" w:rsidTr="00DE20F5">
        <w:tc>
          <w:tcPr>
            <w:tcW w:w="3228" w:type="dxa"/>
          </w:tcPr>
          <w:p w14:paraId="340A9CA3" w14:textId="77777777" w:rsidR="006B5ACA" w:rsidRPr="003D1779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  <w:tc>
          <w:tcPr>
            <w:tcW w:w="3228" w:type="dxa"/>
          </w:tcPr>
          <w:p w14:paraId="1627D995" w14:textId="77777777" w:rsidR="006B5ACA" w:rsidRPr="003D1779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123664696</w:t>
            </w:r>
          </w:p>
        </w:tc>
        <w:tc>
          <w:tcPr>
            <w:tcW w:w="2852" w:type="dxa"/>
          </w:tcPr>
          <w:p w14:paraId="11D2DDBB" w14:textId="77777777" w:rsidR="006B5ACA" w:rsidRPr="003D1779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DE20F5" w:rsidRPr="003D1779" w14:paraId="41EBF019" w14:textId="77777777" w:rsidTr="00DE20F5">
        <w:tc>
          <w:tcPr>
            <w:tcW w:w="3228" w:type="dxa"/>
          </w:tcPr>
          <w:p w14:paraId="160765F0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228" w:type="dxa"/>
          </w:tcPr>
          <w:p w14:paraId="34DE55AC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123676546</w:t>
            </w:r>
          </w:p>
        </w:tc>
        <w:tc>
          <w:tcPr>
            <w:tcW w:w="2852" w:type="dxa"/>
          </w:tcPr>
          <w:p w14:paraId="508964C6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DE20F5" w:rsidRPr="003D1779" w14:paraId="20DA0F7E" w14:textId="77777777" w:rsidTr="00DE20F5">
        <w:tc>
          <w:tcPr>
            <w:tcW w:w="3228" w:type="dxa"/>
          </w:tcPr>
          <w:p w14:paraId="1366C5B4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228" w:type="dxa"/>
          </w:tcPr>
          <w:p w14:paraId="68BB3CF7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</w:rPr>
              <w:t>122100770</w:t>
            </w:r>
          </w:p>
        </w:tc>
        <w:tc>
          <w:tcPr>
            <w:tcW w:w="2852" w:type="dxa"/>
          </w:tcPr>
          <w:p w14:paraId="721EC0DF" w14:textId="77777777" w:rsidR="006D1166" w:rsidRPr="003D1779" w:rsidRDefault="006D1166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  <w:tr w:rsidR="00DE20F5" w:rsidRPr="003D1779" w14:paraId="5309C146" w14:textId="77777777" w:rsidTr="00DE20F5">
        <w:tc>
          <w:tcPr>
            <w:tcW w:w="3228" w:type="dxa"/>
          </w:tcPr>
          <w:p w14:paraId="68911E93" w14:textId="77777777" w:rsidR="00683FD7" w:rsidRPr="003D1779" w:rsidRDefault="00DE20F5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Farmácia</w:t>
            </w:r>
          </w:p>
        </w:tc>
        <w:tc>
          <w:tcPr>
            <w:tcW w:w="3228" w:type="dxa"/>
          </w:tcPr>
          <w:p w14:paraId="224EEA63" w14:textId="77777777" w:rsidR="00683FD7" w:rsidRPr="003D1779" w:rsidRDefault="00DE20F5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124180831</w:t>
            </w:r>
          </w:p>
        </w:tc>
        <w:tc>
          <w:tcPr>
            <w:tcW w:w="2852" w:type="dxa"/>
          </w:tcPr>
          <w:p w14:paraId="48828A8B" w14:textId="77777777" w:rsidR="00683FD7" w:rsidRPr="003D1779" w:rsidRDefault="00DE20F5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3D1779">
              <w:rPr>
                <w:rFonts w:asciiTheme="majorHAnsi" w:hAnsiTheme="majorHAnsi" w:cstheme="majorHAnsi"/>
                <w:sz w:val="24"/>
                <w:szCs w:val="24"/>
                <w:lang w:val="pt-BR"/>
              </w:rPr>
              <w:t>Pessoa preta ou parda</w:t>
            </w:r>
          </w:p>
        </w:tc>
      </w:tr>
    </w:tbl>
    <w:p w14:paraId="38487EE9" w14:textId="77777777" w:rsidR="006D1166" w:rsidRPr="003D1779" w:rsidRDefault="006D1166" w:rsidP="00E13982">
      <w:pPr>
        <w:spacing w:after="0" w:line="360" w:lineRule="auto"/>
        <w:rPr>
          <w:rFonts w:asciiTheme="majorHAnsi" w:hAnsiTheme="majorHAnsi" w:cstheme="majorHAnsi"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97"/>
        <w:gridCol w:w="3152"/>
        <w:gridCol w:w="3145"/>
      </w:tblGrid>
      <w:tr w:rsidR="00E13982" w:rsidRPr="003D1779" w14:paraId="48188486" w14:textId="77777777" w:rsidTr="00B315B6">
        <w:trPr>
          <w:jc w:val="center"/>
        </w:trPr>
        <w:tc>
          <w:tcPr>
            <w:tcW w:w="9394" w:type="dxa"/>
            <w:gridSpan w:val="3"/>
          </w:tcPr>
          <w:p w14:paraId="50397A60" w14:textId="5855466A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Classificados</w:t>
            </w:r>
          </w:p>
        </w:tc>
      </w:tr>
      <w:tr w:rsidR="00E13982" w:rsidRPr="003D1779" w14:paraId="627161AC" w14:textId="77777777" w:rsidTr="00E13982">
        <w:trPr>
          <w:jc w:val="center"/>
        </w:trPr>
        <w:tc>
          <w:tcPr>
            <w:tcW w:w="3097" w:type="dxa"/>
          </w:tcPr>
          <w:p w14:paraId="45CC19F2" w14:textId="3A11623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Classificação</w:t>
            </w:r>
          </w:p>
        </w:tc>
        <w:tc>
          <w:tcPr>
            <w:tcW w:w="3152" w:type="dxa"/>
          </w:tcPr>
          <w:p w14:paraId="6FA0E5BD" w14:textId="502C126F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Curso</w:t>
            </w:r>
          </w:p>
        </w:tc>
        <w:tc>
          <w:tcPr>
            <w:tcW w:w="3145" w:type="dxa"/>
            <w:vAlign w:val="center"/>
          </w:tcPr>
          <w:p w14:paraId="0A9A746E" w14:textId="77777777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Matrícula</w:t>
            </w:r>
          </w:p>
        </w:tc>
      </w:tr>
      <w:tr w:rsidR="00E13982" w:rsidRPr="003D1779" w14:paraId="4386E350" w14:textId="77777777" w:rsidTr="00E13982">
        <w:trPr>
          <w:jc w:val="center"/>
        </w:trPr>
        <w:tc>
          <w:tcPr>
            <w:tcW w:w="3097" w:type="dxa"/>
          </w:tcPr>
          <w:p w14:paraId="678598FC" w14:textId="47F27E2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3152" w:type="dxa"/>
          </w:tcPr>
          <w:p w14:paraId="32BCE8CA" w14:textId="420C28CA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143B570A" w14:textId="3B71AA3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122100770</w:t>
            </w:r>
          </w:p>
        </w:tc>
      </w:tr>
      <w:tr w:rsidR="00E13982" w:rsidRPr="003D1779" w14:paraId="4F45CB88" w14:textId="77777777" w:rsidTr="00E13982">
        <w:trPr>
          <w:jc w:val="center"/>
        </w:trPr>
        <w:tc>
          <w:tcPr>
            <w:tcW w:w="3097" w:type="dxa"/>
          </w:tcPr>
          <w:p w14:paraId="527E5667" w14:textId="3CDE564A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</w:p>
        </w:tc>
        <w:tc>
          <w:tcPr>
            <w:tcW w:w="3152" w:type="dxa"/>
          </w:tcPr>
          <w:p w14:paraId="28CB553F" w14:textId="0B4ADFF4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1B921BEB" w14:textId="129C261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121139687</w:t>
            </w:r>
          </w:p>
        </w:tc>
      </w:tr>
      <w:tr w:rsidR="00E13982" w:rsidRPr="003D1779" w14:paraId="3FF054B1" w14:textId="77777777" w:rsidTr="00E13982">
        <w:trPr>
          <w:jc w:val="center"/>
        </w:trPr>
        <w:tc>
          <w:tcPr>
            <w:tcW w:w="3097" w:type="dxa"/>
          </w:tcPr>
          <w:p w14:paraId="5AF9EB1F" w14:textId="38A1309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  <w:tc>
          <w:tcPr>
            <w:tcW w:w="3152" w:type="dxa"/>
          </w:tcPr>
          <w:p w14:paraId="439DECFC" w14:textId="53C5813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1C994B74" w14:textId="0B6E5B5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125039978</w:t>
            </w:r>
          </w:p>
        </w:tc>
      </w:tr>
      <w:tr w:rsidR="00E13982" w:rsidRPr="003D1779" w14:paraId="0180A2E5" w14:textId="77777777" w:rsidTr="00E13982">
        <w:trPr>
          <w:jc w:val="center"/>
        </w:trPr>
        <w:tc>
          <w:tcPr>
            <w:tcW w:w="3097" w:type="dxa"/>
          </w:tcPr>
          <w:p w14:paraId="52F50F77" w14:textId="1AD21DA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3152" w:type="dxa"/>
          </w:tcPr>
          <w:p w14:paraId="01EDE2F2" w14:textId="40BDF88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1E280CD2" w14:textId="23B1B174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123689002</w:t>
            </w:r>
          </w:p>
        </w:tc>
      </w:tr>
      <w:tr w:rsidR="00E13982" w:rsidRPr="003D1779" w14:paraId="46A773BA" w14:textId="77777777" w:rsidTr="00E13982">
        <w:trPr>
          <w:jc w:val="center"/>
        </w:trPr>
        <w:tc>
          <w:tcPr>
            <w:tcW w:w="3097" w:type="dxa"/>
          </w:tcPr>
          <w:p w14:paraId="430F79AF" w14:textId="09C8286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</w:t>
            </w:r>
          </w:p>
        </w:tc>
        <w:tc>
          <w:tcPr>
            <w:tcW w:w="3152" w:type="dxa"/>
          </w:tcPr>
          <w:p w14:paraId="3EF5E410" w14:textId="1E5F24B2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145" w:type="dxa"/>
          </w:tcPr>
          <w:p w14:paraId="7A3B0E7B" w14:textId="72F17B1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123087789</w:t>
            </w:r>
          </w:p>
        </w:tc>
      </w:tr>
      <w:tr w:rsidR="00E13982" w:rsidRPr="003D1779" w14:paraId="2BA64162" w14:textId="77777777" w:rsidTr="00E13982">
        <w:trPr>
          <w:jc w:val="center"/>
        </w:trPr>
        <w:tc>
          <w:tcPr>
            <w:tcW w:w="3097" w:type="dxa"/>
          </w:tcPr>
          <w:p w14:paraId="20EBED0D" w14:textId="5EC28248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6</w:t>
            </w:r>
          </w:p>
        </w:tc>
        <w:tc>
          <w:tcPr>
            <w:tcW w:w="3152" w:type="dxa"/>
          </w:tcPr>
          <w:p w14:paraId="210F87E8" w14:textId="43BC112E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6BDD80E2" w14:textId="350D0EC8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123751532</w:t>
            </w:r>
          </w:p>
        </w:tc>
      </w:tr>
      <w:tr w:rsidR="00E13982" w:rsidRPr="003D1779" w14:paraId="01997EC0" w14:textId="77777777" w:rsidTr="00E13982">
        <w:trPr>
          <w:jc w:val="center"/>
        </w:trPr>
        <w:tc>
          <w:tcPr>
            <w:tcW w:w="3097" w:type="dxa"/>
          </w:tcPr>
          <w:p w14:paraId="78AADD64" w14:textId="670CEAF5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7</w:t>
            </w:r>
          </w:p>
        </w:tc>
        <w:tc>
          <w:tcPr>
            <w:tcW w:w="3152" w:type="dxa"/>
          </w:tcPr>
          <w:p w14:paraId="24271A01" w14:textId="15F1CF5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0B1D6432" w14:textId="50FCE34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123148195</w:t>
            </w:r>
          </w:p>
        </w:tc>
      </w:tr>
      <w:tr w:rsidR="00E13982" w:rsidRPr="003D1779" w14:paraId="755430C2" w14:textId="77777777" w:rsidTr="00E13982">
        <w:trPr>
          <w:jc w:val="center"/>
        </w:trPr>
        <w:tc>
          <w:tcPr>
            <w:tcW w:w="3097" w:type="dxa"/>
          </w:tcPr>
          <w:p w14:paraId="61662B30" w14:textId="759E9AEF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</w:t>
            </w:r>
          </w:p>
        </w:tc>
        <w:tc>
          <w:tcPr>
            <w:tcW w:w="3152" w:type="dxa"/>
          </w:tcPr>
          <w:p w14:paraId="78A04225" w14:textId="4DFC416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371680B3" w14:textId="10A6EAD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124257565</w:t>
            </w:r>
          </w:p>
        </w:tc>
      </w:tr>
      <w:tr w:rsidR="00E13982" w:rsidRPr="003D1779" w14:paraId="725F9638" w14:textId="77777777" w:rsidTr="00E13982">
        <w:trPr>
          <w:jc w:val="center"/>
        </w:trPr>
        <w:tc>
          <w:tcPr>
            <w:tcW w:w="3097" w:type="dxa"/>
          </w:tcPr>
          <w:p w14:paraId="6C1F9C1A" w14:textId="60AAAC2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9</w:t>
            </w:r>
          </w:p>
        </w:tc>
        <w:tc>
          <w:tcPr>
            <w:tcW w:w="3152" w:type="dxa"/>
          </w:tcPr>
          <w:p w14:paraId="39DF8B99" w14:textId="2793CCA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4FFB2FA4" w14:textId="6E8CE73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123680147</w:t>
            </w:r>
          </w:p>
        </w:tc>
      </w:tr>
      <w:tr w:rsidR="00E13982" w:rsidRPr="003D1779" w14:paraId="4A516091" w14:textId="77777777" w:rsidTr="00E13982">
        <w:trPr>
          <w:jc w:val="center"/>
        </w:trPr>
        <w:tc>
          <w:tcPr>
            <w:tcW w:w="3097" w:type="dxa"/>
          </w:tcPr>
          <w:p w14:paraId="0F6FD40F" w14:textId="113E6F7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  <w:tc>
          <w:tcPr>
            <w:tcW w:w="3152" w:type="dxa"/>
          </w:tcPr>
          <w:p w14:paraId="5812D4E8" w14:textId="13B4857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657EBE24" w14:textId="2E900FE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125243967</w:t>
            </w:r>
          </w:p>
        </w:tc>
      </w:tr>
      <w:tr w:rsidR="00E13982" w:rsidRPr="003D1779" w14:paraId="5A4BC702" w14:textId="77777777" w:rsidTr="00E13982">
        <w:trPr>
          <w:jc w:val="center"/>
        </w:trPr>
        <w:tc>
          <w:tcPr>
            <w:tcW w:w="3097" w:type="dxa"/>
          </w:tcPr>
          <w:p w14:paraId="04B8B2CC" w14:textId="6D8D614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</w:t>
            </w:r>
          </w:p>
        </w:tc>
        <w:tc>
          <w:tcPr>
            <w:tcW w:w="3152" w:type="dxa"/>
          </w:tcPr>
          <w:p w14:paraId="2EF26D53" w14:textId="50270A08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2558CA0B" w14:textId="67BE53B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121127101</w:t>
            </w:r>
          </w:p>
        </w:tc>
      </w:tr>
      <w:tr w:rsidR="00E13982" w:rsidRPr="003D1779" w14:paraId="70C1AC30" w14:textId="77777777" w:rsidTr="00E13982">
        <w:trPr>
          <w:jc w:val="center"/>
        </w:trPr>
        <w:tc>
          <w:tcPr>
            <w:tcW w:w="3097" w:type="dxa"/>
          </w:tcPr>
          <w:p w14:paraId="423419EF" w14:textId="2EAC5AB5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12</w:t>
            </w:r>
          </w:p>
        </w:tc>
        <w:tc>
          <w:tcPr>
            <w:tcW w:w="3152" w:type="dxa"/>
          </w:tcPr>
          <w:p w14:paraId="281E8EB7" w14:textId="3CAFE01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3755C70A" w14:textId="0B9DEADF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125067353</w:t>
            </w:r>
          </w:p>
        </w:tc>
      </w:tr>
      <w:tr w:rsidR="00E13982" w:rsidRPr="003D1779" w14:paraId="61E61EB8" w14:textId="77777777" w:rsidTr="00E13982">
        <w:trPr>
          <w:jc w:val="center"/>
        </w:trPr>
        <w:tc>
          <w:tcPr>
            <w:tcW w:w="3097" w:type="dxa"/>
          </w:tcPr>
          <w:p w14:paraId="4EB73F8E" w14:textId="72244F3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13</w:t>
            </w:r>
          </w:p>
        </w:tc>
        <w:tc>
          <w:tcPr>
            <w:tcW w:w="3152" w:type="dxa"/>
          </w:tcPr>
          <w:p w14:paraId="50F79A4F" w14:textId="63D3C847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45E79FB1" w14:textId="4448359E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121179556</w:t>
            </w:r>
          </w:p>
        </w:tc>
      </w:tr>
      <w:tr w:rsidR="00E13982" w:rsidRPr="003D1779" w14:paraId="6F358F56" w14:textId="77777777" w:rsidTr="00E13982">
        <w:trPr>
          <w:jc w:val="center"/>
        </w:trPr>
        <w:tc>
          <w:tcPr>
            <w:tcW w:w="3097" w:type="dxa"/>
          </w:tcPr>
          <w:p w14:paraId="2372D13E" w14:textId="0120532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14</w:t>
            </w:r>
          </w:p>
        </w:tc>
        <w:tc>
          <w:tcPr>
            <w:tcW w:w="3152" w:type="dxa"/>
          </w:tcPr>
          <w:p w14:paraId="54355561" w14:textId="670E1CC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1D195098" w14:textId="213DC89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125036077</w:t>
            </w:r>
          </w:p>
        </w:tc>
      </w:tr>
      <w:tr w:rsidR="00E13982" w:rsidRPr="003D1779" w14:paraId="4BC56DB9" w14:textId="77777777" w:rsidTr="00E13982">
        <w:trPr>
          <w:jc w:val="center"/>
        </w:trPr>
        <w:tc>
          <w:tcPr>
            <w:tcW w:w="3097" w:type="dxa"/>
          </w:tcPr>
          <w:p w14:paraId="3EA14BA1" w14:textId="66B4D35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</w:p>
        </w:tc>
        <w:tc>
          <w:tcPr>
            <w:tcW w:w="3152" w:type="dxa"/>
          </w:tcPr>
          <w:p w14:paraId="74C8D851" w14:textId="06D1EDE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  <w:tc>
          <w:tcPr>
            <w:tcW w:w="3145" w:type="dxa"/>
          </w:tcPr>
          <w:p w14:paraId="581F81DA" w14:textId="5A45FD2F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125021365</w:t>
            </w:r>
          </w:p>
        </w:tc>
      </w:tr>
      <w:tr w:rsidR="00E13982" w:rsidRPr="003D1779" w14:paraId="418B0D7C" w14:textId="77777777" w:rsidTr="00E13982">
        <w:trPr>
          <w:jc w:val="center"/>
        </w:trPr>
        <w:tc>
          <w:tcPr>
            <w:tcW w:w="3097" w:type="dxa"/>
          </w:tcPr>
          <w:p w14:paraId="297F0A82" w14:textId="48B0872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16</w:t>
            </w:r>
          </w:p>
        </w:tc>
        <w:tc>
          <w:tcPr>
            <w:tcW w:w="3152" w:type="dxa"/>
          </w:tcPr>
          <w:p w14:paraId="700F30C4" w14:textId="4CDF319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11CEB1E3" w14:textId="4A0EDF3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123564749</w:t>
            </w:r>
          </w:p>
        </w:tc>
      </w:tr>
      <w:tr w:rsidR="00E13982" w:rsidRPr="003D1779" w14:paraId="105F536D" w14:textId="77777777" w:rsidTr="00E13982">
        <w:trPr>
          <w:jc w:val="center"/>
        </w:trPr>
        <w:tc>
          <w:tcPr>
            <w:tcW w:w="3097" w:type="dxa"/>
          </w:tcPr>
          <w:p w14:paraId="17DAB55C" w14:textId="420513AD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17</w:t>
            </w:r>
          </w:p>
        </w:tc>
        <w:tc>
          <w:tcPr>
            <w:tcW w:w="3152" w:type="dxa"/>
          </w:tcPr>
          <w:p w14:paraId="0E91147C" w14:textId="09C2F918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  <w:tc>
          <w:tcPr>
            <w:tcW w:w="3145" w:type="dxa"/>
          </w:tcPr>
          <w:p w14:paraId="6ECB82A1" w14:textId="37965DCE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122171373</w:t>
            </w:r>
          </w:p>
        </w:tc>
      </w:tr>
      <w:tr w:rsidR="00E13982" w:rsidRPr="003D1779" w14:paraId="4F69B92B" w14:textId="77777777" w:rsidTr="00E13982">
        <w:trPr>
          <w:jc w:val="center"/>
        </w:trPr>
        <w:tc>
          <w:tcPr>
            <w:tcW w:w="3097" w:type="dxa"/>
          </w:tcPr>
          <w:p w14:paraId="2010CC69" w14:textId="7D111A2E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18</w:t>
            </w:r>
          </w:p>
        </w:tc>
        <w:tc>
          <w:tcPr>
            <w:tcW w:w="3152" w:type="dxa"/>
          </w:tcPr>
          <w:p w14:paraId="341036AB" w14:textId="3C6C4145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6D0E0F31" w14:textId="1E998859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124041906</w:t>
            </w:r>
          </w:p>
        </w:tc>
      </w:tr>
      <w:tr w:rsidR="00E13982" w:rsidRPr="003D1779" w14:paraId="44FDD440" w14:textId="77777777" w:rsidTr="00E13982">
        <w:trPr>
          <w:jc w:val="center"/>
        </w:trPr>
        <w:tc>
          <w:tcPr>
            <w:tcW w:w="3097" w:type="dxa"/>
          </w:tcPr>
          <w:p w14:paraId="75A23A37" w14:textId="1FDDE9CB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19</w:t>
            </w:r>
          </w:p>
        </w:tc>
        <w:tc>
          <w:tcPr>
            <w:tcW w:w="3152" w:type="dxa"/>
          </w:tcPr>
          <w:p w14:paraId="25F195E4" w14:textId="3F7E918A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  <w:tc>
          <w:tcPr>
            <w:tcW w:w="3145" w:type="dxa"/>
          </w:tcPr>
          <w:p w14:paraId="40101B8D" w14:textId="0310700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124222421</w:t>
            </w:r>
          </w:p>
        </w:tc>
      </w:tr>
      <w:tr w:rsidR="00E13982" w:rsidRPr="003D1779" w14:paraId="00B9497E" w14:textId="77777777" w:rsidTr="00E13982">
        <w:trPr>
          <w:jc w:val="center"/>
        </w:trPr>
        <w:tc>
          <w:tcPr>
            <w:tcW w:w="3097" w:type="dxa"/>
          </w:tcPr>
          <w:p w14:paraId="7D53EDB9" w14:textId="1175321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20</w:t>
            </w:r>
          </w:p>
        </w:tc>
        <w:tc>
          <w:tcPr>
            <w:tcW w:w="3152" w:type="dxa"/>
          </w:tcPr>
          <w:p w14:paraId="58C487E5" w14:textId="6BA03D1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145" w:type="dxa"/>
          </w:tcPr>
          <w:p w14:paraId="069E4492" w14:textId="28A5E6FA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125034978</w:t>
            </w:r>
          </w:p>
        </w:tc>
      </w:tr>
      <w:tr w:rsidR="00E13982" w:rsidRPr="003D1779" w14:paraId="3A1EE447" w14:textId="77777777" w:rsidTr="00E13982">
        <w:trPr>
          <w:jc w:val="center"/>
        </w:trPr>
        <w:tc>
          <w:tcPr>
            <w:tcW w:w="3097" w:type="dxa"/>
          </w:tcPr>
          <w:p w14:paraId="30AF80C2" w14:textId="386E8614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21</w:t>
            </w:r>
          </w:p>
        </w:tc>
        <w:tc>
          <w:tcPr>
            <w:tcW w:w="3152" w:type="dxa"/>
          </w:tcPr>
          <w:p w14:paraId="5F451FF1" w14:textId="17D3BAB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  <w:tc>
          <w:tcPr>
            <w:tcW w:w="3145" w:type="dxa"/>
          </w:tcPr>
          <w:p w14:paraId="79E75117" w14:textId="7F9ACE0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121093247</w:t>
            </w:r>
          </w:p>
        </w:tc>
      </w:tr>
      <w:tr w:rsidR="00E13982" w:rsidRPr="003D1779" w14:paraId="3AA0E1F3" w14:textId="77777777" w:rsidTr="00E13982">
        <w:trPr>
          <w:jc w:val="center"/>
        </w:trPr>
        <w:tc>
          <w:tcPr>
            <w:tcW w:w="3097" w:type="dxa"/>
          </w:tcPr>
          <w:p w14:paraId="7E50C977" w14:textId="2ABE13FE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22</w:t>
            </w:r>
          </w:p>
        </w:tc>
        <w:tc>
          <w:tcPr>
            <w:tcW w:w="3152" w:type="dxa"/>
          </w:tcPr>
          <w:p w14:paraId="4E285A9F" w14:textId="57EB70B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  <w:tc>
          <w:tcPr>
            <w:tcW w:w="3145" w:type="dxa"/>
          </w:tcPr>
          <w:p w14:paraId="7D297600" w14:textId="70DEBEC7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123750502</w:t>
            </w:r>
          </w:p>
        </w:tc>
      </w:tr>
      <w:tr w:rsidR="00E13982" w:rsidRPr="003D1779" w14:paraId="50F446A5" w14:textId="77777777" w:rsidTr="00E13982">
        <w:trPr>
          <w:jc w:val="center"/>
        </w:trPr>
        <w:tc>
          <w:tcPr>
            <w:tcW w:w="3097" w:type="dxa"/>
          </w:tcPr>
          <w:p w14:paraId="4FBF1D25" w14:textId="18F82C1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23</w:t>
            </w:r>
          </w:p>
        </w:tc>
        <w:tc>
          <w:tcPr>
            <w:tcW w:w="3152" w:type="dxa"/>
          </w:tcPr>
          <w:p w14:paraId="4908FC2C" w14:textId="7C4DCD04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145" w:type="dxa"/>
          </w:tcPr>
          <w:p w14:paraId="78BEF61A" w14:textId="2C49C93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123694803</w:t>
            </w:r>
          </w:p>
        </w:tc>
      </w:tr>
      <w:tr w:rsidR="00E13982" w:rsidRPr="003D1779" w14:paraId="3BD12FD8" w14:textId="77777777" w:rsidTr="00E13982">
        <w:trPr>
          <w:jc w:val="center"/>
        </w:trPr>
        <w:tc>
          <w:tcPr>
            <w:tcW w:w="3097" w:type="dxa"/>
          </w:tcPr>
          <w:p w14:paraId="057D0359" w14:textId="7A6096C2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24</w:t>
            </w:r>
          </w:p>
        </w:tc>
        <w:tc>
          <w:tcPr>
            <w:tcW w:w="3152" w:type="dxa"/>
          </w:tcPr>
          <w:p w14:paraId="464703E1" w14:textId="71CDF6AB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145" w:type="dxa"/>
          </w:tcPr>
          <w:p w14:paraId="2D6CA3B5" w14:textId="25B8EC45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123483008</w:t>
            </w:r>
          </w:p>
        </w:tc>
      </w:tr>
      <w:tr w:rsidR="00E13982" w:rsidRPr="003D1779" w14:paraId="7B86CC8A" w14:textId="77777777" w:rsidTr="00E13982">
        <w:trPr>
          <w:jc w:val="center"/>
        </w:trPr>
        <w:tc>
          <w:tcPr>
            <w:tcW w:w="3097" w:type="dxa"/>
          </w:tcPr>
          <w:p w14:paraId="281BF976" w14:textId="05BDBFD3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</w:t>
            </w:r>
          </w:p>
        </w:tc>
        <w:tc>
          <w:tcPr>
            <w:tcW w:w="3152" w:type="dxa"/>
          </w:tcPr>
          <w:p w14:paraId="63254A2F" w14:textId="27F61F50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145" w:type="dxa"/>
          </w:tcPr>
          <w:p w14:paraId="289BC950" w14:textId="424CC9C4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122168574</w:t>
            </w:r>
          </w:p>
        </w:tc>
      </w:tr>
      <w:tr w:rsidR="00E13982" w:rsidRPr="003D1779" w14:paraId="0AE7A57E" w14:textId="77777777" w:rsidTr="00E13982">
        <w:trPr>
          <w:jc w:val="center"/>
        </w:trPr>
        <w:tc>
          <w:tcPr>
            <w:tcW w:w="3097" w:type="dxa"/>
          </w:tcPr>
          <w:p w14:paraId="64445396" w14:textId="287217D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26</w:t>
            </w:r>
          </w:p>
        </w:tc>
        <w:tc>
          <w:tcPr>
            <w:tcW w:w="3152" w:type="dxa"/>
          </w:tcPr>
          <w:p w14:paraId="7D61B919" w14:textId="543DDC96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  <w:tc>
          <w:tcPr>
            <w:tcW w:w="3145" w:type="dxa"/>
          </w:tcPr>
          <w:p w14:paraId="2906F4BC" w14:textId="16E52E9C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124227154</w:t>
            </w:r>
          </w:p>
        </w:tc>
      </w:tr>
      <w:tr w:rsidR="00E13982" w:rsidRPr="003D1779" w14:paraId="1BFC79CA" w14:textId="77777777" w:rsidTr="00E13982">
        <w:trPr>
          <w:jc w:val="center"/>
        </w:trPr>
        <w:tc>
          <w:tcPr>
            <w:tcW w:w="3097" w:type="dxa"/>
          </w:tcPr>
          <w:p w14:paraId="50051E83" w14:textId="69AC9151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27</w:t>
            </w:r>
          </w:p>
        </w:tc>
        <w:tc>
          <w:tcPr>
            <w:tcW w:w="3152" w:type="dxa"/>
          </w:tcPr>
          <w:p w14:paraId="73C49A67" w14:textId="2C478D51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  <w:tc>
          <w:tcPr>
            <w:tcW w:w="3145" w:type="dxa"/>
          </w:tcPr>
          <w:p w14:paraId="58645422" w14:textId="7139D84E" w:rsidR="00E13982" w:rsidRPr="00E13982" w:rsidRDefault="00E13982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121133801</w:t>
            </w:r>
          </w:p>
        </w:tc>
      </w:tr>
    </w:tbl>
    <w:p w14:paraId="0312611A" w14:textId="77777777" w:rsidR="00683FD7" w:rsidRPr="003D1779" w:rsidRDefault="00683FD7" w:rsidP="00E13982">
      <w:pPr>
        <w:spacing w:after="0" w:line="360" w:lineRule="auto"/>
        <w:rPr>
          <w:rFonts w:asciiTheme="majorHAnsi" w:hAnsiTheme="majorHAnsi" w:cstheme="majorHAnsi"/>
          <w:lang w:val="pt-B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28"/>
        <w:gridCol w:w="3146"/>
      </w:tblGrid>
      <w:tr w:rsidR="00683FD7" w:rsidRPr="003D1779" w14:paraId="41C6E56B" w14:textId="77777777" w:rsidTr="00DE20F5">
        <w:trPr>
          <w:jc w:val="center"/>
        </w:trPr>
        <w:tc>
          <w:tcPr>
            <w:tcW w:w="6374" w:type="dxa"/>
            <w:gridSpan w:val="2"/>
          </w:tcPr>
          <w:p w14:paraId="7323DC4A" w14:textId="77777777" w:rsidR="00683FD7" w:rsidRPr="00E13982" w:rsidRDefault="00683FD7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De</w:t>
            </w:r>
            <w:r w:rsidR="00DE20F5"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</w:t>
            </w:r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classificados</w:t>
            </w:r>
            <w:proofErr w:type="spellEnd"/>
          </w:p>
        </w:tc>
      </w:tr>
      <w:tr w:rsidR="00DE20F5" w:rsidRPr="003D1779" w14:paraId="5100672B" w14:textId="77777777" w:rsidTr="00983304">
        <w:trPr>
          <w:jc w:val="center"/>
        </w:trPr>
        <w:tc>
          <w:tcPr>
            <w:tcW w:w="3228" w:type="dxa"/>
          </w:tcPr>
          <w:p w14:paraId="065BFEE2" w14:textId="77777777" w:rsidR="00DE20F5" w:rsidRPr="00E13982" w:rsidRDefault="00DE20F5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Curso</w:t>
            </w:r>
          </w:p>
        </w:tc>
        <w:tc>
          <w:tcPr>
            <w:tcW w:w="3146" w:type="dxa"/>
            <w:vAlign w:val="center"/>
          </w:tcPr>
          <w:p w14:paraId="124DE2BF" w14:textId="77777777" w:rsidR="00DE20F5" w:rsidRPr="00E13982" w:rsidRDefault="00DE20F5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</w:pPr>
            <w:r w:rsidRPr="00E13982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t-BR"/>
              </w:rPr>
              <w:t>Matrícula</w:t>
            </w:r>
          </w:p>
        </w:tc>
      </w:tr>
      <w:tr w:rsidR="003D1779" w:rsidRPr="003D1779" w14:paraId="5BBB3481" w14:textId="77777777" w:rsidTr="00DE20F5">
        <w:trPr>
          <w:jc w:val="center"/>
        </w:trPr>
        <w:tc>
          <w:tcPr>
            <w:tcW w:w="3228" w:type="dxa"/>
          </w:tcPr>
          <w:p w14:paraId="1782B5CA" w14:textId="36C01141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122138537</w:t>
            </w:r>
          </w:p>
        </w:tc>
        <w:tc>
          <w:tcPr>
            <w:tcW w:w="3146" w:type="dxa"/>
          </w:tcPr>
          <w:p w14:paraId="0C84BFB5" w14:textId="0FC5222F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0DF92E18" w14:textId="77777777" w:rsidTr="001775D1">
        <w:trPr>
          <w:jc w:val="center"/>
        </w:trPr>
        <w:tc>
          <w:tcPr>
            <w:tcW w:w="3228" w:type="dxa"/>
          </w:tcPr>
          <w:p w14:paraId="37DA2A15" w14:textId="0162B446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123702630</w:t>
            </w:r>
          </w:p>
        </w:tc>
        <w:tc>
          <w:tcPr>
            <w:tcW w:w="3146" w:type="dxa"/>
          </w:tcPr>
          <w:p w14:paraId="478D2CB6" w14:textId="18BD2B49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5EF50074" w14:textId="77777777" w:rsidTr="001775D1">
        <w:trPr>
          <w:jc w:val="center"/>
        </w:trPr>
        <w:tc>
          <w:tcPr>
            <w:tcW w:w="3228" w:type="dxa"/>
          </w:tcPr>
          <w:p w14:paraId="2B69F861" w14:textId="42AA83BF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125045416</w:t>
            </w:r>
          </w:p>
        </w:tc>
        <w:tc>
          <w:tcPr>
            <w:tcW w:w="3146" w:type="dxa"/>
          </w:tcPr>
          <w:p w14:paraId="1B6A7AC8" w14:textId="2C324A91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Engenharia</w:t>
            </w:r>
            <w:proofErr w:type="spellEnd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Mecânica</w:t>
            </w:r>
            <w:proofErr w:type="spellEnd"/>
          </w:p>
        </w:tc>
      </w:tr>
      <w:tr w:rsidR="003D1779" w:rsidRPr="003D1779" w14:paraId="0BC4788E" w14:textId="77777777" w:rsidTr="001775D1">
        <w:trPr>
          <w:jc w:val="center"/>
        </w:trPr>
        <w:tc>
          <w:tcPr>
            <w:tcW w:w="3228" w:type="dxa"/>
          </w:tcPr>
          <w:p w14:paraId="781F4C03" w14:textId="228D1792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122167560</w:t>
            </w:r>
          </w:p>
        </w:tc>
        <w:tc>
          <w:tcPr>
            <w:tcW w:w="3146" w:type="dxa"/>
          </w:tcPr>
          <w:p w14:paraId="63B4022E" w14:textId="20635540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0768BE5C" w14:textId="77777777" w:rsidTr="001775D1">
        <w:trPr>
          <w:jc w:val="center"/>
        </w:trPr>
        <w:tc>
          <w:tcPr>
            <w:tcW w:w="3228" w:type="dxa"/>
          </w:tcPr>
          <w:p w14:paraId="0B518AE6" w14:textId="19CE1189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124180475</w:t>
            </w:r>
          </w:p>
        </w:tc>
        <w:tc>
          <w:tcPr>
            <w:tcW w:w="3146" w:type="dxa"/>
          </w:tcPr>
          <w:p w14:paraId="524A4C94" w14:textId="1DCA310C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71365E03" w14:textId="77777777" w:rsidTr="001775D1">
        <w:trPr>
          <w:jc w:val="center"/>
        </w:trPr>
        <w:tc>
          <w:tcPr>
            <w:tcW w:w="3228" w:type="dxa"/>
          </w:tcPr>
          <w:p w14:paraId="585B74CF" w14:textId="118371EA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121103296</w:t>
            </w:r>
          </w:p>
        </w:tc>
        <w:tc>
          <w:tcPr>
            <w:tcW w:w="3146" w:type="dxa"/>
          </w:tcPr>
          <w:p w14:paraId="479D1B8A" w14:textId="70C8670F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Medicina</w:t>
            </w:r>
          </w:p>
        </w:tc>
      </w:tr>
      <w:tr w:rsidR="003D1779" w:rsidRPr="003D1779" w14:paraId="116FE987" w14:textId="77777777" w:rsidTr="001775D1">
        <w:trPr>
          <w:jc w:val="center"/>
        </w:trPr>
        <w:tc>
          <w:tcPr>
            <w:tcW w:w="3228" w:type="dxa"/>
          </w:tcPr>
          <w:p w14:paraId="4DC193F9" w14:textId="7AB5D9DF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124400825</w:t>
            </w:r>
          </w:p>
        </w:tc>
        <w:tc>
          <w:tcPr>
            <w:tcW w:w="3146" w:type="dxa"/>
          </w:tcPr>
          <w:p w14:paraId="16568D1A" w14:textId="53269226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2DC76515" w14:textId="77777777" w:rsidTr="001775D1">
        <w:trPr>
          <w:jc w:val="center"/>
        </w:trPr>
        <w:tc>
          <w:tcPr>
            <w:tcW w:w="3228" w:type="dxa"/>
          </w:tcPr>
          <w:p w14:paraId="0D5E93AC" w14:textId="2D74453C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121133801</w:t>
            </w:r>
          </w:p>
        </w:tc>
        <w:tc>
          <w:tcPr>
            <w:tcW w:w="3146" w:type="dxa"/>
          </w:tcPr>
          <w:p w14:paraId="0053E6BC" w14:textId="09C1A4A2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Nutrição</w:t>
            </w:r>
            <w:proofErr w:type="spellEnd"/>
          </w:p>
        </w:tc>
      </w:tr>
      <w:tr w:rsidR="003D1779" w:rsidRPr="003D1779" w14:paraId="4E9AA01E" w14:textId="77777777" w:rsidTr="001775D1">
        <w:trPr>
          <w:jc w:val="center"/>
        </w:trPr>
        <w:tc>
          <w:tcPr>
            <w:tcW w:w="3228" w:type="dxa"/>
          </w:tcPr>
          <w:p w14:paraId="557DA59B" w14:textId="6090E723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125172661</w:t>
            </w:r>
          </w:p>
        </w:tc>
        <w:tc>
          <w:tcPr>
            <w:tcW w:w="3146" w:type="dxa"/>
          </w:tcPr>
          <w:p w14:paraId="5046FE67" w14:textId="64D592BF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</w:tr>
      <w:tr w:rsidR="003D1779" w:rsidRPr="003D1779" w14:paraId="30961583" w14:textId="77777777" w:rsidTr="001775D1">
        <w:trPr>
          <w:jc w:val="center"/>
        </w:trPr>
        <w:tc>
          <w:tcPr>
            <w:tcW w:w="3228" w:type="dxa"/>
          </w:tcPr>
          <w:p w14:paraId="1CFD6B8D" w14:textId="32000979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123749357</w:t>
            </w:r>
          </w:p>
        </w:tc>
        <w:tc>
          <w:tcPr>
            <w:tcW w:w="3146" w:type="dxa"/>
          </w:tcPr>
          <w:p w14:paraId="4113D318" w14:textId="706B968E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1FD78872" w14:textId="77777777" w:rsidTr="001775D1">
        <w:trPr>
          <w:jc w:val="center"/>
        </w:trPr>
        <w:tc>
          <w:tcPr>
            <w:tcW w:w="3228" w:type="dxa"/>
          </w:tcPr>
          <w:p w14:paraId="08C41B9C" w14:textId="4678460A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123694942</w:t>
            </w:r>
          </w:p>
        </w:tc>
        <w:tc>
          <w:tcPr>
            <w:tcW w:w="3146" w:type="dxa"/>
          </w:tcPr>
          <w:p w14:paraId="6663DB0E" w14:textId="6A7BB860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</w:tr>
      <w:tr w:rsidR="003D1779" w:rsidRPr="003D1779" w14:paraId="242A2EDF" w14:textId="77777777" w:rsidTr="001775D1">
        <w:trPr>
          <w:jc w:val="center"/>
        </w:trPr>
        <w:tc>
          <w:tcPr>
            <w:tcW w:w="3228" w:type="dxa"/>
          </w:tcPr>
          <w:p w14:paraId="2A9A4785" w14:textId="0F23DABB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202108091901</w:t>
            </w:r>
          </w:p>
        </w:tc>
        <w:tc>
          <w:tcPr>
            <w:tcW w:w="3146" w:type="dxa"/>
          </w:tcPr>
          <w:p w14:paraId="7BB68571" w14:textId="275D1F35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7FE3FFB7" w14:textId="77777777" w:rsidTr="001775D1">
        <w:trPr>
          <w:jc w:val="center"/>
        </w:trPr>
        <w:tc>
          <w:tcPr>
            <w:tcW w:w="3228" w:type="dxa"/>
          </w:tcPr>
          <w:p w14:paraId="0154ED5E" w14:textId="6D8AFD64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121159598</w:t>
            </w:r>
          </w:p>
        </w:tc>
        <w:tc>
          <w:tcPr>
            <w:tcW w:w="3146" w:type="dxa"/>
          </w:tcPr>
          <w:p w14:paraId="3222E626" w14:textId="3A82F00C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Odontologia</w:t>
            </w:r>
            <w:proofErr w:type="spellEnd"/>
          </w:p>
        </w:tc>
      </w:tr>
      <w:tr w:rsidR="003D1779" w:rsidRPr="003D1779" w14:paraId="12BF2BD2" w14:textId="77777777" w:rsidTr="001775D1">
        <w:trPr>
          <w:jc w:val="center"/>
        </w:trPr>
        <w:tc>
          <w:tcPr>
            <w:tcW w:w="3228" w:type="dxa"/>
          </w:tcPr>
          <w:p w14:paraId="68D618DC" w14:textId="0827CDC8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121168741</w:t>
            </w:r>
          </w:p>
        </w:tc>
        <w:tc>
          <w:tcPr>
            <w:tcW w:w="3146" w:type="dxa"/>
          </w:tcPr>
          <w:p w14:paraId="78849E70" w14:textId="4C3FD440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3BCB4186" w14:textId="77777777" w:rsidTr="001775D1">
        <w:trPr>
          <w:jc w:val="center"/>
        </w:trPr>
        <w:tc>
          <w:tcPr>
            <w:tcW w:w="3228" w:type="dxa"/>
          </w:tcPr>
          <w:p w14:paraId="4B00D7F4" w14:textId="7A0E2D39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124224677</w:t>
            </w:r>
          </w:p>
        </w:tc>
        <w:tc>
          <w:tcPr>
            <w:tcW w:w="3146" w:type="dxa"/>
          </w:tcPr>
          <w:p w14:paraId="7A697C1C" w14:textId="47BE7790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Enfermagem</w:t>
            </w:r>
          </w:p>
        </w:tc>
      </w:tr>
      <w:tr w:rsidR="003D1779" w:rsidRPr="003D1779" w14:paraId="2BCC05E2" w14:textId="77777777" w:rsidTr="001775D1">
        <w:trPr>
          <w:jc w:val="center"/>
        </w:trPr>
        <w:tc>
          <w:tcPr>
            <w:tcW w:w="3228" w:type="dxa"/>
          </w:tcPr>
          <w:p w14:paraId="7F9D7530" w14:textId="0CE9CD0F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121153063</w:t>
            </w:r>
          </w:p>
        </w:tc>
        <w:tc>
          <w:tcPr>
            <w:tcW w:w="3146" w:type="dxa"/>
          </w:tcPr>
          <w:p w14:paraId="56A5A587" w14:textId="70FDA0C2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Odontologia</w:t>
            </w:r>
            <w:proofErr w:type="spellEnd"/>
          </w:p>
        </w:tc>
      </w:tr>
      <w:tr w:rsidR="003D1779" w:rsidRPr="003D1779" w14:paraId="0707E905" w14:textId="77777777" w:rsidTr="001775D1">
        <w:trPr>
          <w:jc w:val="center"/>
        </w:trPr>
        <w:tc>
          <w:tcPr>
            <w:tcW w:w="3228" w:type="dxa"/>
          </w:tcPr>
          <w:p w14:paraId="4D0A80C6" w14:textId="006C7AEA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125377677</w:t>
            </w:r>
          </w:p>
        </w:tc>
        <w:tc>
          <w:tcPr>
            <w:tcW w:w="3146" w:type="dxa"/>
          </w:tcPr>
          <w:p w14:paraId="26FB0552" w14:textId="4D0D1D53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</w:tr>
      <w:tr w:rsidR="003D1779" w:rsidRPr="003D1779" w14:paraId="5DF13B50" w14:textId="77777777" w:rsidTr="001775D1">
        <w:trPr>
          <w:jc w:val="center"/>
        </w:trPr>
        <w:tc>
          <w:tcPr>
            <w:tcW w:w="3228" w:type="dxa"/>
          </w:tcPr>
          <w:p w14:paraId="55830A34" w14:textId="5CB41AE7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122165495</w:t>
            </w:r>
          </w:p>
        </w:tc>
        <w:tc>
          <w:tcPr>
            <w:tcW w:w="3146" w:type="dxa"/>
          </w:tcPr>
          <w:p w14:paraId="1F2B5F3C" w14:textId="0B2AD3E5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</w:tr>
      <w:tr w:rsidR="003D1779" w:rsidRPr="003D1779" w14:paraId="30716407" w14:textId="77777777" w:rsidTr="001775D1">
        <w:trPr>
          <w:jc w:val="center"/>
        </w:trPr>
        <w:tc>
          <w:tcPr>
            <w:tcW w:w="3228" w:type="dxa"/>
          </w:tcPr>
          <w:p w14:paraId="0A7D66F3" w14:textId="0478FD18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123287591</w:t>
            </w:r>
          </w:p>
        </w:tc>
        <w:tc>
          <w:tcPr>
            <w:tcW w:w="3146" w:type="dxa"/>
          </w:tcPr>
          <w:p w14:paraId="07E32790" w14:textId="050FAA66" w:rsidR="003D1779" w:rsidRPr="00E13982" w:rsidRDefault="003D1779" w:rsidP="00E13982">
            <w:pPr>
              <w:spacing w:line="36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proofErr w:type="spellStart"/>
            <w:r w:rsidRPr="00E13982">
              <w:rPr>
                <w:rFonts w:asciiTheme="majorHAnsi" w:hAnsiTheme="majorHAnsi" w:cstheme="majorHAnsi"/>
                <w:sz w:val="24"/>
                <w:szCs w:val="24"/>
              </w:rPr>
              <w:t>Farmácia</w:t>
            </w:r>
            <w:proofErr w:type="spellEnd"/>
          </w:p>
        </w:tc>
      </w:tr>
    </w:tbl>
    <w:p w14:paraId="4DA08F2E" w14:textId="77777777" w:rsidR="00683FD7" w:rsidRDefault="00683FD7" w:rsidP="00E13982">
      <w:pPr>
        <w:spacing w:after="0" w:line="360" w:lineRule="auto"/>
        <w:rPr>
          <w:rFonts w:asciiTheme="majorHAnsi" w:hAnsiTheme="majorHAnsi" w:cstheme="majorHAnsi"/>
          <w:lang w:val="pt-BR"/>
        </w:rPr>
      </w:pPr>
    </w:p>
    <w:p w14:paraId="26FA3D4E" w14:textId="23F86EF7" w:rsidR="00966A5C" w:rsidRPr="00E13982" w:rsidRDefault="00966A5C" w:rsidP="00966A5C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lang w:val="pt-BR"/>
        </w:rPr>
      </w:pPr>
      <w:r w:rsidRPr="002D7A14">
        <w:rPr>
          <w:rFonts w:asciiTheme="majorHAnsi" w:hAnsiTheme="majorHAnsi" w:cstheme="majorHAnsi"/>
          <w:b/>
          <w:bCs/>
          <w:sz w:val="24"/>
          <w:szCs w:val="24"/>
          <w:lang w:val="pt-BR"/>
        </w:rPr>
        <w:t>Observação:</w:t>
      </w:r>
      <w:r w:rsidRPr="00E13982">
        <w:rPr>
          <w:rFonts w:asciiTheme="majorHAnsi" w:hAnsiTheme="majorHAnsi" w:cstheme="majorHAnsi"/>
          <w:sz w:val="24"/>
          <w:szCs w:val="24"/>
          <w:lang w:val="pt-BR"/>
        </w:rPr>
        <w:t xml:space="preserve"> Para cadastro no sistema do </w:t>
      </w:r>
      <w:proofErr w:type="spellStart"/>
      <w:r w:rsidRPr="00E13982">
        <w:rPr>
          <w:rFonts w:asciiTheme="majorHAnsi" w:hAnsiTheme="majorHAnsi" w:cstheme="majorHAnsi"/>
          <w:sz w:val="24"/>
          <w:szCs w:val="24"/>
          <w:lang w:val="pt-BR"/>
        </w:rPr>
        <w:t>AfirmaSUS</w:t>
      </w:r>
      <w:proofErr w:type="spellEnd"/>
      <w:r w:rsidRPr="00E13982">
        <w:rPr>
          <w:rFonts w:asciiTheme="majorHAnsi" w:hAnsiTheme="majorHAnsi" w:cstheme="majorHAnsi"/>
          <w:sz w:val="24"/>
          <w:szCs w:val="24"/>
          <w:lang w:val="pt-BR"/>
        </w:rPr>
        <w:t xml:space="preserve"> é necessário que os classificados com bolsa enviem comprovante bancário de conta corrente nominal no banco Santander (Banco 033) ou Bradesco (Banco 237)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 para o e-mail </w:t>
      </w:r>
      <w:r w:rsidRPr="00966A5C">
        <w:rPr>
          <w:rFonts w:asciiTheme="majorHAnsi" w:hAnsiTheme="majorHAnsi" w:cstheme="majorHAnsi"/>
          <w:sz w:val="24"/>
          <w:szCs w:val="24"/>
          <w:lang w:val="pt-BR"/>
        </w:rPr>
        <w:t>afirmasuscmufrj@gmail.com</w:t>
      </w:r>
      <w:r>
        <w:rPr>
          <w:rFonts w:asciiTheme="majorHAnsi" w:hAnsiTheme="majorHAnsi" w:cstheme="majorHAnsi"/>
          <w:sz w:val="24"/>
          <w:szCs w:val="24"/>
          <w:lang w:val="pt-BR"/>
        </w:rPr>
        <w:t xml:space="preserve"> até as 12h do dia 19/11.</w:t>
      </w:r>
    </w:p>
    <w:p w14:paraId="0EC495D3" w14:textId="77777777" w:rsidR="007C6A2A" w:rsidRDefault="007C6A2A" w:rsidP="00E13982">
      <w:pPr>
        <w:spacing w:after="0" w:line="360" w:lineRule="auto"/>
        <w:jc w:val="both"/>
        <w:rPr>
          <w:rFonts w:asciiTheme="majorHAnsi" w:hAnsiTheme="majorHAnsi" w:cstheme="majorHAnsi"/>
          <w:lang w:val="pt-BR"/>
        </w:rPr>
      </w:pPr>
    </w:p>
    <w:p w14:paraId="752FD975" w14:textId="77777777" w:rsidR="007C6A2A" w:rsidRPr="00E13982" w:rsidRDefault="007C6A2A" w:rsidP="00E13982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lang w:val="pt-BR"/>
        </w:rPr>
      </w:pPr>
    </w:p>
    <w:p w14:paraId="03CF766C" w14:textId="77777777" w:rsidR="007C6A2A" w:rsidRPr="00E13982" w:rsidRDefault="007C6A2A" w:rsidP="00E13982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  <w:lang w:val="pt-BR"/>
        </w:rPr>
      </w:pPr>
    </w:p>
    <w:p w14:paraId="387DEE5D" w14:textId="20F785D1" w:rsidR="007C6A2A" w:rsidRPr="00E13982" w:rsidRDefault="007C6A2A" w:rsidP="00E13982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  <w:r w:rsidRPr="00E13982">
        <w:rPr>
          <w:rFonts w:asciiTheme="majorHAnsi" w:hAnsiTheme="majorHAnsi" w:cstheme="majorHAnsi"/>
          <w:sz w:val="24"/>
          <w:szCs w:val="24"/>
          <w:lang w:val="pt-BR"/>
        </w:rPr>
        <w:t>IRNAK MARCELO BARBOSA</w:t>
      </w:r>
    </w:p>
    <w:p w14:paraId="04E804A9" w14:textId="605A4B34" w:rsidR="007C6A2A" w:rsidRPr="00E13982" w:rsidRDefault="007C6A2A" w:rsidP="00E13982">
      <w:pPr>
        <w:spacing w:after="0" w:line="360" w:lineRule="auto"/>
        <w:jc w:val="center"/>
        <w:rPr>
          <w:rFonts w:asciiTheme="majorHAnsi" w:hAnsiTheme="majorHAnsi" w:cstheme="majorHAnsi"/>
          <w:sz w:val="24"/>
          <w:szCs w:val="24"/>
          <w:lang w:val="pt-BR"/>
        </w:rPr>
      </w:pPr>
      <w:r w:rsidRPr="00E13982">
        <w:rPr>
          <w:rFonts w:asciiTheme="majorHAnsi" w:hAnsiTheme="majorHAnsi" w:cstheme="majorHAnsi"/>
          <w:sz w:val="24"/>
          <w:szCs w:val="24"/>
          <w:lang w:val="pt-BR"/>
        </w:rPr>
        <w:t>DECANO</w:t>
      </w:r>
    </w:p>
    <w:p w14:paraId="43B99178" w14:textId="498BD45A" w:rsidR="007C6A2A" w:rsidRPr="003D1779" w:rsidRDefault="007C6A2A" w:rsidP="00E13982">
      <w:pPr>
        <w:spacing w:after="0" w:line="360" w:lineRule="auto"/>
        <w:jc w:val="center"/>
        <w:rPr>
          <w:rFonts w:asciiTheme="majorHAnsi" w:hAnsiTheme="majorHAnsi" w:cstheme="majorHAnsi"/>
          <w:lang w:val="pt-BR"/>
        </w:rPr>
      </w:pPr>
      <w:r w:rsidRPr="00E13982">
        <w:rPr>
          <w:rFonts w:asciiTheme="majorHAnsi" w:hAnsiTheme="majorHAnsi" w:cstheme="majorHAnsi"/>
          <w:sz w:val="24"/>
          <w:szCs w:val="24"/>
          <w:lang w:val="pt-BR"/>
        </w:rPr>
        <w:t>CM UFRJ-MACAÉ</w:t>
      </w:r>
    </w:p>
    <w:sectPr w:rsidR="007C6A2A" w:rsidRPr="003D1779" w:rsidSect="00025FFF">
      <w:headerReference w:type="default" r:id="rId8"/>
      <w:pgSz w:w="12240" w:h="1584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21390" w14:textId="77777777" w:rsidR="00812F9C" w:rsidRDefault="00812F9C" w:rsidP="00023F0C">
      <w:pPr>
        <w:spacing w:after="0" w:line="240" w:lineRule="auto"/>
      </w:pPr>
      <w:r>
        <w:separator/>
      </w:r>
    </w:p>
  </w:endnote>
  <w:endnote w:type="continuationSeparator" w:id="0">
    <w:p w14:paraId="29E61AD3" w14:textId="77777777" w:rsidR="00812F9C" w:rsidRDefault="00812F9C" w:rsidP="00023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566CE" w14:textId="77777777" w:rsidR="00812F9C" w:rsidRDefault="00812F9C" w:rsidP="00023F0C">
      <w:pPr>
        <w:spacing w:after="0" w:line="240" w:lineRule="auto"/>
      </w:pPr>
      <w:r>
        <w:separator/>
      </w:r>
    </w:p>
  </w:footnote>
  <w:footnote w:type="continuationSeparator" w:id="0">
    <w:p w14:paraId="0E0F8D6E" w14:textId="77777777" w:rsidR="00812F9C" w:rsidRDefault="00812F9C" w:rsidP="00023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1445D" w14:textId="77777777" w:rsidR="00023F0C" w:rsidRDefault="00023F0C">
    <w:pPr>
      <w:pStyle w:val="Header"/>
    </w:pPr>
    <w:r>
      <w:rPr>
        <w:noProof/>
      </w:rPr>
      <w:drawing>
        <wp:anchor distT="0" distB="0" distL="114300" distR="114300" simplePos="0" relativeHeight="251623936" behindDoc="0" locked="0" layoutInCell="1" allowOverlap="1" wp14:anchorId="18E27EC7" wp14:editId="4426659E">
          <wp:simplePos x="0" y="0"/>
          <wp:positionH relativeFrom="column">
            <wp:posOffset>4777726</wp:posOffset>
          </wp:positionH>
          <wp:positionV relativeFrom="paragraph">
            <wp:posOffset>-299085</wp:posOffset>
          </wp:positionV>
          <wp:extent cx="993775" cy="973455"/>
          <wp:effectExtent l="0" t="0" r="0" b="4445"/>
          <wp:wrapNone/>
          <wp:docPr id="475393956" name="Picture 2" descr="CENTRO MULTIDISCIPLINAR UFRJ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p1sCaZW3B97n1sQPnMvWKA_18" descr="CENTRO MULTIDISCIPLINAR UFRJ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973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9472" behindDoc="0" locked="0" layoutInCell="1" allowOverlap="1" wp14:anchorId="101549A0" wp14:editId="1BB62FD5">
          <wp:simplePos x="0" y="0"/>
          <wp:positionH relativeFrom="column">
            <wp:posOffset>2016125</wp:posOffset>
          </wp:positionH>
          <wp:positionV relativeFrom="paragraph">
            <wp:posOffset>-82550</wp:posOffset>
          </wp:positionV>
          <wp:extent cx="2099310" cy="694055"/>
          <wp:effectExtent l="0" t="0" r="0" b="4445"/>
          <wp:wrapNone/>
          <wp:docPr id="1729731168" name="Picture 1" descr="Nova Identidade Visual CM UFRJ-Macaé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p1sCaZW3B97n1sQPnMvWKA_13" descr="Nova Identidade Visual CM UFRJ-Macaé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9310" cy="694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755008" behindDoc="0" locked="0" layoutInCell="1" allowOverlap="1" wp14:anchorId="3755B467" wp14:editId="6DF6ABD5">
          <wp:simplePos x="0" y="0"/>
          <wp:positionH relativeFrom="column">
            <wp:posOffset>0</wp:posOffset>
          </wp:positionH>
          <wp:positionV relativeFrom="paragraph">
            <wp:posOffset>-292100</wp:posOffset>
          </wp:positionV>
          <wp:extent cx="1608455" cy="901065"/>
          <wp:effectExtent l="0" t="0" r="4445" b="635"/>
          <wp:wrapNone/>
          <wp:docPr id="1437142453" name="Picture 3" descr="Portal UFFS - Inscrições abertas para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mg_DeIIabOHNrLJ1sQPuZjxmQ8_62" descr="Portal UFFS - Inscrições abertas para ..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8455" cy="901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D88978" w14:textId="77777777" w:rsidR="00023F0C" w:rsidRDefault="00023F0C">
    <w:pPr>
      <w:pStyle w:val="Header"/>
    </w:pPr>
  </w:p>
  <w:p w14:paraId="531E6BFA" w14:textId="77777777" w:rsidR="00023F0C" w:rsidRDefault="00023F0C">
    <w:pPr>
      <w:pStyle w:val="Header"/>
    </w:pPr>
  </w:p>
  <w:p w14:paraId="5121362D" w14:textId="77777777" w:rsidR="00023F0C" w:rsidRDefault="00023F0C">
    <w:pPr>
      <w:pStyle w:val="Header"/>
    </w:pPr>
  </w:p>
  <w:p w14:paraId="02284CD2" w14:textId="77777777" w:rsidR="00023F0C" w:rsidRDefault="00023F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6902679">
    <w:abstractNumId w:val="8"/>
  </w:num>
  <w:num w:numId="2" w16cid:durableId="1970892646">
    <w:abstractNumId w:val="6"/>
  </w:num>
  <w:num w:numId="3" w16cid:durableId="618343246">
    <w:abstractNumId w:val="5"/>
  </w:num>
  <w:num w:numId="4" w16cid:durableId="2010518138">
    <w:abstractNumId w:val="4"/>
  </w:num>
  <w:num w:numId="5" w16cid:durableId="333385072">
    <w:abstractNumId w:val="7"/>
  </w:num>
  <w:num w:numId="6" w16cid:durableId="1152285497">
    <w:abstractNumId w:val="3"/>
  </w:num>
  <w:num w:numId="7" w16cid:durableId="1916746955">
    <w:abstractNumId w:val="2"/>
  </w:num>
  <w:num w:numId="8" w16cid:durableId="1977762546">
    <w:abstractNumId w:val="1"/>
  </w:num>
  <w:num w:numId="9" w16cid:durableId="1211308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3F0C"/>
    <w:rsid w:val="00025FFF"/>
    <w:rsid w:val="00034616"/>
    <w:rsid w:val="0006063C"/>
    <w:rsid w:val="000D4E70"/>
    <w:rsid w:val="0014780E"/>
    <w:rsid w:val="0015074B"/>
    <w:rsid w:val="00184282"/>
    <w:rsid w:val="001F7974"/>
    <w:rsid w:val="00244444"/>
    <w:rsid w:val="0029639D"/>
    <w:rsid w:val="00326F90"/>
    <w:rsid w:val="003D1779"/>
    <w:rsid w:val="00610856"/>
    <w:rsid w:val="0063415B"/>
    <w:rsid w:val="00683FD7"/>
    <w:rsid w:val="006B5ACA"/>
    <w:rsid w:val="006D1166"/>
    <w:rsid w:val="007B42ED"/>
    <w:rsid w:val="007C6A2A"/>
    <w:rsid w:val="007F7AC8"/>
    <w:rsid w:val="00812F9C"/>
    <w:rsid w:val="00966A5C"/>
    <w:rsid w:val="009946C9"/>
    <w:rsid w:val="00AA1D8D"/>
    <w:rsid w:val="00B47730"/>
    <w:rsid w:val="00BF7307"/>
    <w:rsid w:val="00CB0664"/>
    <w:rsid w:val="00CF2E39"/>
    <w:rsid w:val="00DE20F5"/>
    <w:rsid w:val="00E1398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7073D9"/>
  <w14:defaultImageDpi w14:val="300"/>
  <w15:docId w15:val="{0CFCF1A3-7E42-CB45-A170-0E344FADB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966A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653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2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430</Words>
  <Characters>2454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Thiago Alvares</cp:lastModifiedBy>
  <cp:revision>2</cp:revision>
  <dcterms:created xsi:type="dcterms:W3CDTF">2025-11-17T21:25:00Z</dcterms:created>
  <dcterms:modified xsi:type="dcterms:W3CDTF">2025-11-17T21:25:00Z</dcterms:modified>
  <cp:category/>
</cp:coreProperties>
</file>